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AA24C" w14:textId="77777777" w:rsidR="00276CA4" w:rsidRPr="00627C79" w:rsidRDefault="00276CA4" w:rsidP="001C2458">
      <w:pPr>
        <w:spacing w:after="0"/>
        <w:rPr>
          <w:rFonts w:ascii="Palatino Linotype" w:hAnsi="Palatino Linotype"/>
          <w:b/>
          <w:bCs/>
          <w:sz w:val="18"/>
          <w:szCs w:val="18"/>
          <w:lang w:val="tr-TR"/>
        </w:rPr>
      </w:pPr>
    </w:p>
    <w:p w14:paraId="0947301A" w14:textId="56FDDD9C" w:rsidR="00DB60A5" w:rsidRPr="00627C79" w:rsidRDefault="00276CA4" w:rsidP="00360FF3">
      <w:pPr>
        <w:spacing w:after="0"/>
        <w:jc w:val="center"/>
        <w:rPr>
          <w:rFonts w:ascii="Palatino Linotype" w:hAnsi="Palatino Linotype"/>
          <w:b/>
          <w:bCs/>
          <w:sz w:val="18"/>
          <w:szCs w:val="18"/>
          <w:lang w:val="tr-TR"/>
        </w:rPr>
      </w:pPr>
      <w:r w:rsidRPr="00627C79">
        <w:rPr>
          <w:rFonts w:ascii="Palatino Linotype" w:hAnsi="Palatino Linotype"/>
          <w:b/>
          <w:bCs/>
          <w:sz w:val="18"/>
          <w:szCs w:val="18"/>
          <w:lang w:val="tr-TR"/>
        </w:rPr>
        <w:t>MEVZU</w:t>
      </w:r>
      <w:r w:rsidR="00DB60A5" w:rsidRPr="00627C79">
        <w:rPr>
          <w:rFonts w:ascii="Palatino Linotype" w:hAnsi="Palatino Linotype"/>
          <w:b/>
          <w:bCs/>
          <w:sz w:val="18"/>
          <w:szCs w:val="18"/>
          <w:lang w:val="tr-TR"/>
        </w:rPr>
        <w:t xml:space="preserve"> SOSYAL BİLİMLER DERGİSİ</w:t>
      </w:r>
    </w:p>
    <w:p w14:paraId="3194C80E" w14:textId="1B24625D" w:rsidR="00DB60A5" w:rsidRPr="00627C79" w:rsidRDefault="00360FF3" w:rsidP="00360FF3">
      <w:pPr>
        <w:spacing w:after="0"/>
        <w:jc w:val="center"/>
        <w:rPr>
          <w:rFonts w:ascii="Palatino Linotype" w:hAnsi="Palatino Linotype"/>
          <w:b/>
          <w:bCs/>
          <w:sz w:val="18"/>
          <w:szCs w:val="18"/>
          <w:lang w:val="tr-TR"/>
        </w:rPr>
      </w:pPr>
      <w:r w:rsidRPr="00627C79">
        <w:rPr>
          <w:rFonts w:ascii="Palatino Linotype" w:hAnsi="Palatino Linotype"/>
          <w:b/>
          <w:bCs/>
          <w:sz w:val="18"/>
          <w:szCs w:val="18"/>
          <w:lang w:val="tr-TR"/>
        </w:rPr>
        <w:t>YAPAY ZEK</w:t>
      </w:r>
      <w:r w:rsidR="004D70B1" w:rsidRPr="00627C79">
        <w:rPr>
          <w:rFonts w:ascii="Palatino Linotype" w:hAnsi="Palatino Linotype"/>
          <w:b/>
          <w:bCs/>
          <w:sz w:val="18"/>
          <w:szCs w:val="18"/>
          <w:lang w:val="tr-TR"/>
        </w:rPr>
        <w:t>A</w:t>
      </w:r>
      <w:r w:rsidRPr="00627C79">
        <w:rPr>
          <w:rFonts w:ascii="Palatino Linotype" w:hAnsi="Palatino Linotype"/>
          <w:b/>
          <w:bCs/>
          <w:sz w:val="18"/>
          <w:szCs w:val="18"/>
          <w:lang w:val="tr-TR"/>
        </w:rPr>
        <w:t xml:space="preserve"> KULLANIM BEYAN FORMU</w:t>
      </w:r>
      <w:r w:rsidR="001C2458" w:rsidRPr="00627C79">
        <w:rPr>
          <w:rFonts w:ascii="Palatino Linotype" w:hAnsi="Palatino Linotype"/>
          <w:b/>
          <w:bCs/>
          <w:sz w:val="18"/>
          <w:szCs w:val="18"/>
          <w:lang w:val="tr-TR"/>
        </w:rPr>
        <w:t>/</w:t>
      </w:r>
      <w:r w:rsidR="001C2458" w:rsidRPr="00627C79">
        <w:rPr>
          <w:sz w:val="18"/>
          <w:szCs w:val="18"/>
        </w:rPr>
        <w:t xml:space="preserve"> </w:t>
      </w:r>
      <w:r w:rsidR="001C2458" w:rsidRPr="00627C79">
        <w:rPr>
          <w:rFonts w:ascii="Palatino Linotype" w:hAnsi="Palatino Linotype"/>
          <w:b/>
          <w:bCs/>
          <w:sz w:val="18"/>
          <w:szCs w:val="18"/>
          <w:lang w:val="tr-TR"/>
        </w:rPr>
        <w:t>ARTİFİCİAL INTELLİGENCE DECLARATİON FORM</w:t>
      </w:r>
    </w:p>
    <w:p w14:paraId="3B3A2941" w14:textId="4951E163" w:rsidR="00D1188C" w:rsidRPr="00627C79" w:rsidRDefault="00276CA4" w:rsidP="00360FF3">
      <w:pPr>
        <w:spacing w:before="120" w:after="120"/>
        <w:jc w:val="both"/>
        <w:rPr>
          <w:rFonts w:ascii="Palatino Linotype" w:hAnsi="Palatino Linotype"/>
          <w:sz w:val="18"/>
          <w:szCs w:val="18"/>
          <w:lang w:val="tr-TR"/>
        </w:rPr>
      </w:pPr>
      <w:r w:rsidRPr="00627C79">
        <w:rPr>
          <w:rFonts w:ascii="Palatino Linotype" w:hAnsi="Palatino Linotype"/>
          <w:sz w:val="18"/>
          <w:szCs w:val="18"/>
          <w:lang w:val="tr-TR"/>
        </w:rPr>
        <w:t>Mevzu Sosyal Bilimler Dergisi’ne gönderilen çalışmalar için yapay zek</w:t>
      </w:r>
      <w:r w:rsidR="004D70B1" w:rsidRPr="00627C79">
        <w:rPr>
          <w:rFonts w:ascii="Palatino Linotype" w:hAnsi="Palatino Linotype"/>
          <w:sz w:val="18"/>
          <w:szCs w:val="18"/>
          <w:lang w:val="tr-TR"/>
        </w:rPr>
        <w:t>a</w:t>
      </w:r>
      <w:r w:rsidRPr="00627C79">
        <w:rPr>
          <w:rFonts w:ascii="Palatino Linotype" w:hAnsi="Palatino Linotype"/>
          <w:sz w:val="18"/>
          <w:szCs w:val="18"/>
          <w:lang w:val="tr-TR"/>
        </w:rPr>
        <w:t xml:space="preserve"> (YZ) tabanlı araçların kullanımına ilişkin bu beyan formunun doldurulması</w:t>
      </w:r>
      <w:r w:rsidR="00FE1D66" w:rsidRPr="00627C79">
        <w:rPr>
          <w:rFonts w:ascii="Palatino Linotype" w:hAnsi="Palatino Linotype"/>
          <w:sz w:val="18"/>
          <w:szCs w:val="18"/>
          <w:lang w:val="tr-TR"/>
        </w:rPr>
        <w:t xml:space="preserve"> </w:t>
      </w:r>
      <w:r w:rsidRPr="00627C79">
        <w:rPr>
          <w:rFonts w:ascii="Palatino Linotype" w:hAnsi="Palatino Linotype"/>
          <w:sz w:val="18"/>
          <w:szCs w:val="18"/>
          <w:lang w:val="tr-TR"/>
        </w:rPr>
        <w:t>zorunludur.</w:t>
      </w:r>
      <w:r w:rsidR="001C2458" w:rsidRPr="00627C79">
        <w:rPr>
          <w:rFonts w:ascii="Palatino Linotype" w:hAnsi="Palatino Linotype"/>
          <w:sz w:val="18"/>
          <w:szCs w:val="18"/>
          <w:lang w:val="tr-TR"/>
        </w:rPr>
        <w:t xml:space="preserve"> </w:t>
      </w:r>
      <w:r w:rsidR="001C2458" w:rsidRPr="00627C79">
        <w:rPr>
          <w:rFonts w:ascii="Palatino Linotype" w:hAnsi="Palatino Linotype"/>
          <w:sz w:val="18"/>
          <w:szCs w:val="18"/>
          <w:lang w:val="tr-TR"/>
        </w:rPr>
        <w:t>It is mandatory to complete this declaration form regarding the use of artificial intelligence (AI)-based tools for papers submitted to the Mevzu Journal of Social Sciences</w:t>
      </w:r>
    </w:p>
    <w:p w14:paraId="414D8811" w14:textId="33056FF8" w:rsidR="00D1188C" w:rsidRPr="00627C79" w:rsidRDefault="00000000" w:rsidP="00360FF3">
      <w:pPr>
        <w:pStyle w:val="ListeParagraf"/>
        <w:numPr>
          <w:ilvl w:val="0"/>
          <w:numId w:val="11"/>
        </w:numPr>
        <w:spacing w:before="120" w:after="120"/>
        <w:rPr>
          <w:rFonts w:ascii="Palatino Linotype" w:hAnsi="Palatino Linotype"/>
          <w:b/>
          <w:bCs/>
          <w:sz w:val="18"/>
          <w:szCs w:val="18"/>
          <w:lang w:val="tr-TR"/>
        </w:rPr>
      </w:pPr>
      <w:r w:rsidRPr="00627C79">
        <w:rPr>
          <w:rFonts w:ascii="Palatino Linotype" w:hAnsi="Palatino Linotype"/>
          <w:b/>
          <w:bCs/>
          <w:sz w:val="18"/>
          <w:szCs w:val="18"/>
          <w:lang w:val="tr-TR"/>
        </w:rPr>
        <w:t>Makale Bilgileri</w:t>
      </w:r>
      <w:r w:rsidR="001C2458" w:rsidRPr="00627C79">
        <w:rPr>
          <w:rFonts w:ascii="Palatino Linotype" w:hAnsi="Palatino Linotype"/>
          <w:b/>
          <w:bCs/>
          <w:sz w:val="18"/>
          <w:szCs w:val="18"/>
          <w:lang w:val="tr-TR"/>
        </w:rPr>
        <w:t>/</w:t>
      </w:r>
      <w:r w:rsidR="001C2458" w:rsidRPr="00627C79">
        <w:rPr>
          <w:sz w:val="18"/>
          <w:szCs w:val="18"/>
        </w:rPr>
        <w:t xml:space="preserve"> </w:t>
      </w:r>
      <w:r w:rsidR="001C2458" w:rsidRPr="00627C79">
        <w:rPr>
          <w:rFonts w:ascii="Palatino Linotype" w:hAnsi="Palatino Linotype"/>
          <w:b/>
          <w:bCs/>
          <w:sz w:val="18"/>
          <w:szCs w:val="18"/>
          <w:lang w:val="tr-TR"/>
        </w:rPr>
        <w:t>Article Information</w:t>
      </w:r>
    </w:p>
    <w:p w14:paraId="5669CBC4" w14:textId="33A38E39" w:rsidR="00D1188C" w:rsidRPr="00627C79" w:rsidRDefault="00000000" w:rsidP="00360FF3">
      <w:pPr>
        <w:spacing w:before="120" w:after="120"/>
        <w:rPr>
          <w:rFonts w:ascii="Palatino Linotype" w:hAnsi="Palatino Linotype"/>
          <w:sz w:val="18"/>
          <w:szCs w:val="18"/>
          <w:lang w:val="tr-TR"/>
        </w:rPr>
      </w:pPr>
      <w:r w:rsidRPr="00627C79">
        <w:rPr>
          <w:rFonts w:ascii="Palatino Linotype" w:hAnsi="Palatino Linotype"/>
          <w:sz w:val="18"/>
          <w:szCs w:val="18"/>
          <w:lang w:val="tr-TR"/>
        </w:rPr>
        <w:t>Makale Başlığı</w:t>
      </w:r>
      <w:r w:rsidR="001C2458" w:rsidRPr="00627C79">
        <w:rPr>
          <w:rFonts w:ascii="Palatino Linotype" w:hAnsi="Palatino Linotype"/>
          <w:sz w:val="18"/>
          <w:szCs w:val="18"/>
          <w:lang w:val="tr-TR"/>
        </w:rPr>
        <w:t>/</w:t>
      </w:r>
      <w:r w:rsidR="001C2458" w:rsidRPr="00627C79">
        <w:rPr>
          <w:sz w:val="18"/>
          <w:szCs w:val="18"/>
        </w:rPr>
        <w:t xml:space="preserve"> </w:t>
      </w:r>
      <w:r w:rsidR="001C2458" w:rsidRPr="00627C79">
        <w:rPr>
          <w:rFonts w:ascii="Palatino Linotype" w:hAnsi="Palatino Linotype"/>
          <w:sz w:val="18"/>
          <w:szCs w:val="18"/>
          <w:lang w:val="tr-TR"/>
        </w:rPr>
        <w:t>Article Title</w:t>
      </w:r>
      <w:r w:rsidRPr="00627C79">
        <w:rPr>
          <w:rFonts w:ascii="Palatino Linotype" w:hAnsi="Palatino Linotype"/>
          <w:sz w:val="18"/>
          <w:szCs w:val="18"/>
          <w:lang w:val="tr-TR"/>
        </w:rPr>
        <w:t>:................</w:t>
      </w:r>
      <w:r w:rsidR="001C2458" w:rsidRPr="00627C79">
        <w:rPr>
          <w:rFonts w:ascii="Palatino Linotype" w:hAnsi="Palatino Linotype"/>
          <w:sz w:val="18"/>
          <w:szCs w:val="18"/>
          <w:lang w:val="tr-TR"/>
        </w:rPr>
        <w:t>.............</w:t>
      </w:r>
      <w:r w:rsidRPr="00627C79">
        <w:rPr>
          <w:rFonts w:ascii="Palatino Linotype" w:hAnsi="Palatino Linotype"/>
          <w:sz w:val="18"/>
          <w:szCs w:val="18"/>
          <w:lang w:val="tr-TR"/>
        </w:rPr>
        <w:t>.....................................</w:t>
      </w:r>
      <w:r w:rsidR="00DB60A5" w:rsidRPr="00627C79">
        <w:rPr>
          <w:rFonts w:ascii="Palatino Linotype" w:hAnsi="Palatino Linotype"/>
          <w:sz w:val="18"/>
          <w:szCs w:val="18"/>
          <w:lang w:val="tr-TR"/>
        </w:rPr>
        <w:t>..........</w:t>
      </w:r>
      <w:r w:rsidR="00360FF3" w:rsidRPr="00627C79">
        <w:rPr>
          <w:rFonts w:ascii="Palatino Linotype" w:hAnsi="Palatino Linotype"/>
          <w:sz w:val="18"/>
          <w:szCs w:val="18"/>
          <w:lang w:val="tr-TR"/>
        </w:rPr>
        <w:t>..............................</w:t>
      </w:r>
    </w:p>
    <w:p w14:paraId="33BB0501" w14:textId="1C5E6B38" w:rsidR="00D1188C" w:rsidRPr="00627C79" w:rsidRDefault="00000000" w:rsidP="00360FF3">
      <w:pPr>
        <w:spacing w:before="120" w:after="120"/>
        <w:rPr>
          <w:rFonts w:ascii="Palatino Linotype" w:hAnsi="Palatino Linotype"/>
          <w:sz w:val="18"/>
          <w:szCs w:val="18"/>
          <w:lang w:val="tr-TR"/>
        </w:rPr>
      </w:pPr>
      <w:r w:rsidRPr="00627C79">
        <w:rPr>
          <w:rFonts w:ascii="Palatino Linotype" w:hAnsi="Palatino Linotype"/>
          <w:sz w:val="18"/>
          <w:szCs w:val="18"/>
          <w:lang w:val="tr-TR"/>
        </w:rPr>
        <w:t>Yazar(lar)</w:t>
      </w:r>
      <w:r w:rsidR="001C2458" w:rsidRPr="00627C79">
        <w:rPr>
          <w:rFonts w:ascii="Palatino Linotype" w:hAnsi="Palatino Linotype"/>
          <w:sz w:val="18"/>
          <w:szCs w:val="18"/>
          <w:lang w:val="tr-TR"/>
        </w:rPr>
        <w:t>/Author</w:t>
      </w:r>
      <w:r w:rsidRPr="00627C79">
        <w:rPr>
          <w:rFonts w:ascii="Palatino Linotype" w:hAnsi="Palatino Linotype"/>
          <w:sz w:val="18"/>
          <w:szCs w:val="18"/>
          <w:lang w:val="tr-TR"/>
        </w:rPr>
        <w:t>: .................................................................................................</w:t>
      </w:r>
      <w:r w:rsidR="00DB60A5" w:rsidRPr="00627C79">
        <w:rPr>
          <w:rFonts w:ascii="Palatino Linotype" w:hAnsi="Palatino Linotype"/>
          <w:sz w:val="18"/>
          <w:szCs w:val="18"/>
          <w:lang w:val="tr-TR"/>
        </w:rPr>
        <w:t>.......</w:t>
      </w:r>
      <w:r w:rsidR="001C2458" w:rsidRPr="00627C79">
        <w:rPr>
          <w:rFonts w:ascii="Palatino Linotype" w:hAnsi="Palatino Linotype"/>
          <w:sz w:val="18"/>
          <w:szCs w:val="18"/>
          <w:lang w:val="tr-TR"/>
        </w:rPr>
        <w:t>..................</w:t>
      </w:r>
    </w:p>
    <w:p w14:paraId="28BBD94C" w14:textId="2152C63E" w:rsidR="00D1188C" w:rsidRPr="00627C79" w:rsidRDefault="00000000" w:rsidP="00360FF3">
      <w:pPr>
        <w:spacing w:before="120" w:after="120"/>
        <w:rPr>
          <w:rFonts w:ascii="Palatino Linotype" w:hAnsi="Palatino Linotype"/>
          <w:sz w:val="18"/>
          <w:szCs w:val="18"/>
          <w:lang w:val="tr-TR"/>
        </w:rPr>
      </w:pPr>
      <w:r w:rsidRPr="00627C79">
        <w:rPr>
          <w:rFonts w:ascii="Palatino Linotype" w:hAnsi="Palatino Linotype"/>
          <w:sz w:val="18"/>
          <w:szCs w:val="18"/>
          <w:lang w:val="tr-TR"/>
        </w:rPr>
        <w:t xml:space="preserve">Sorumlu Yazar </w:t>
      </w:r>
      <w:r w:rsidR="00360FF3" w:rsidRPr="00627C79">
        <w:rPr>
          <w:rFonts w:ascii="Palatino Linotype" w:hAnsi="Palatino Linotype"/>
          <w:sz w:val="18"/>
          <w:szCs w:val="18"/>
          <w:lang w:val="tr-TR"/>
        </w:rPr>
        <w:t>e</w:t>
      </w:r>
      <w:r w:rsidRPr="00627C79">
        <w:rPr>
          <w:rFonts w:ascii="Palatino Linotype" w:hAnsi="Palatino Linotype"/>
          <w:sz w:val="18"/>
          <w:szCs w:val="18"/>
          <w:lang w:val="tr-TR"/>
        </w:rPr>
        <w:t>-</w:t>
      </w:r>
      <w:r w:rsidR="00BF4A0A" w:rsidRPr="00627C79">
        <w:rPr>
          <w:rFonts w:ascii="Palatino Linotype" w:hAnsi="Palatino Linotype"/>
          <w:sz w:val="18"/>
          <w:szCs w:val="18"/>
          <w:lang w:val="tr-TR"/>
        </w:rPr>
        <w:t>p</w:t>
      </w:r>
      <w:r w:rsidRPr="00627C79">
        <w:rPr>
          <w:rFonts w:ascii="Palatino Linotype" w:hAnsi="Palatino Linotype"/>
          <w:sz w:val="18"/>
          <w:szCs w:val="18"/>
          <w:lang w:val="tr-TR"/>
        </w:rPr>
        <w:t>osta</w:t>
      </w:r>
      <w:r w:rsidR="001C2458" w:rsidRPr="00627C79">
        <w:rPr>
          <w:rFonts w:ascii="Palatino Linotype" w:hAnsi="Palatino Linotype"/>
          <w:sz w:val="18"/>
          <w:szCs w:val="18"/>
          <w:lang w:val="tr-TR"/>
        </w:rPr>
        <w:t>/</w:t>
      </w:r>
      <w:r w:rsidR="001C2458" w:rsidRPr="00627C79">
        <w:rPr>
          <w:sz w:val="18"/>
          <w:szCs w:val="18"/>
        </w:rPr>
        <w:t xml:space="preserve"> </w:t>
      </w:r>
      <w:r w:rsidR="001C2458" w:rsidRPr="00627C79">
        <w:rPr>
          <w:rFonts w:ascii="Palatino Linotype" w:hAnsi="Palatino Linotype"/>
          <w:sz w:val="18"/>
          <w:szCs w:val="18"/>
          <w:lang w:val="tr-TR"/>
        </w:rPr>
        <w:t>Corresponding author e-mail</w:t>
      </w:r>
      <w:r w:rsidRPr="00627C79">
        <w:rPr>
          <w:rFonts w:ascii="Palatino Linotype" w:hAnsi="Palatino Linotype"/>
          <w:sz w:val="18"/>
          <w:szCs w:val="18"/>
          <w:lang w:val="tr-TR"/>
        </w:rPr>
        <w:t>: ............</w:t>
      </w:r>
      <w:r w:rsidR="00360FF3" w:rsidRPr="00627C79">
        <w:rPr>
          <w:rFonts w:ascii="Palatino Linotype" w:hAnsi="Palatino Linotype"/>
          <w:sz w:val="18"/>
          <w:szCs w:val="18"/>
          <w:lang w:val="tr-TR"/>
        </w:rPr>
        <w:t>..............</w:t>
      </w:r>
      <w:r w:rsidR="00DB60A5" w:rsidRPr="00627C79">
        <w:rPr>
          <w:rFonts w:ascii="Palatino Linotype" w:hAnsi="Palatino Linotype"/>
          <w:sz w:val="18"/>
          <w:szCs w:val="18"/>
          <w:lang w:val="tr-TR"/>
        </w:rPr>
        <w:t>..</w:t>
      </w:r>
      <w:r w:rsidR="001C2458" w:rsidRPr="00627C79">
        <w:rPr>
          <w:rFonts w:ascii="Palatino Linotype" w:hAnsi="Palatino Linotype"/>
          <w:sz w:val="18"/>
          <w:szCs w:val="18"/>
          <w:lang w:val="tr-TR"/>
        </w:rPr>
        <w:t>...............................</w:t>
      </w:r>
    </w:p>
    <w:p w14:paraId="498BFB98" w14:textId="6F71A931" w:rsidR="00D1188C" w:rsidRPr="00627C79" w:rsidRDefault="00000000" w:rsidP="00360FF3">
      <w:pPr>
        <w:pStyle w:val="ListeParagraf"/>
        <w:numPr>
          <w:ilvl w:val="0"/>
          <w:numId w:val="11"/>
        </w:numPr>
        <w:spacing w:before="120" w:after="120"/>
        <w:rPr>
          <w:rFonts w:ascii="Palatino Linotype" w:hAnsi="Palatino Linotype"/>
          <w:b/>
          <w:bCs/>
          <w:sz w:val="18"/>
          <w:szCs w:val="18"/>
          <w:lang w:val="tr-TR"/>
        </w:rPr>
      </w:pPr>
      <w:r w:rsidRPr="00627C79">
        <w:rPr>
          <w:rFonts w:ascii="Palatino Linotype" w:hAnsi="Palatino Linotype"/>
          <w:b/>
          <w:bCs/>
          <w:sz w:val="18"/>
          <w:szCs w:val="18"/>
          <w:lang w:val="tr-TR"/>
        </w:rPr>
        <w:t>Beyan</w:t>
      </w:r>
      <w:r w:rsidR="00A64B7A" w:rsidRPr="00627C79">
        <w:rPr>
          <w:rFonts w:ascii="Palatino Linotype" w:hAnsi="Palatino Linotype"/>
          <w:b/>
          <w:bCs/>
          <w:sz w:val="18"/>
          <w:szCs w:val="18"/>
          <w:lang w:val="tr-TR"/>
        </w:rPr>
        <w:t xml:space="preserve">/ </w:t>
      </w:r>
      <w:r w:rsidR="00A64B7A" w:rsidRPr="00627C79">
        <w:rPr>
          <w:rFonts w:ascii="Palatino Linotype" w:hAnsi="Palatino Linotype"/>
          <w:b/>
          <w:bCs/>
          <w:sz w:val="18"/>
          <w:szCs w:val="18"/>
          <w:lang w:val="tr-TR"/>
        </w:rPr>
        <w:t>DECLARATİON</w:t>
      </w:r>
    </w:p>
    <w:p w14:paraId="1A3FDEE5" w14:textId="0D876EB8" w:rsidR="00D1188C" w:rsidRPr="00627C79" w:rsidRDefault="00000000" w:rsidP="00C60245">
      <w:pPr>
        <w:spacing w:after="0"/>
        <w:rPr>
          <w:rFonts w:ascii="Palatino Linotype" w:hAnsi="Palatino Linotype"/>
          <w:sz w:val="18"/>
          <w:szCs w:val="18"/>
          <w:lang w:val="tr-TR"/>
        </w:rPr>
      </w:pPr>
      <w:r w:rsidRPr="00627C79">
        <w:rPr>
          <w:rFonts w:ascii="Palatino Linotype" w:hAnsi="Palatino Linotype"/>
          <w:sz w:val="18"/>
          <w:szCs w:val="18"/>
          <w:lang w:val="tr-TR"/>
        </w:rPr>
        <w:t>Lütfen aşağıdaki seçeneklerden uygun olanı işaretleyiniz:</w:t>
      </w:r>
    </w:p>
    <w:p w14:paraId="1F56C784" w14:textId="18DE1967" w:rsidR="00D1188C" w:rsidRPr="00627C79" w:rsidRDefault="00000000" w:rsidP="00A64B7A">
      <w:pPr>
        <w:rPr>
          <w:rFonts w:ascii="Palatino Linotype" w:hAnsi="Palatino Linotype"/>
          <w:sz w:val="18"/>
          <w:szCs w:val="18"/>
          <w:lang w:val="tr-TR"/>
        </w:rPr>
      </w:pPr>
      <w:r w:rsidRPr="00627C79">
        <w:rPr>
          <w:rFonts w:ascii="Palatino Linotype" w:hAnsi="Palatino Linotype"/>
          <w:sz w:val="18"/>
          <w:szCs w:val="18"/>
          <w:lang w:val="tr-TR"/>
        </w:rPr>
        <w:t>Bu çalışmada yapay zek</w:t>
      </w:r>
      <w:r w:rsidR="004D70B1" w:rsidRPr="00627C79">
        <w:rPr>
          <w:rFonts w:ascii="Palatino Linotype" w:hAnsi="Palatino Linotype"/>
          <w:sz w:val="18"/>
          <w:szCs w:val="18"/>
          <w:lang w:val="tr-TR"/>
        </w:rPr>
        <w:t>a</w:t>
      </w:r>
      <w:r w:rsidRPr="00627C79">
        <w:rPr>
          <w:rFonts w:ascii="Palatino Linotype" w:hAnsi="Palatino Linotype"/>
          <w:sz w:val="18"/>
          <w:szCs w:val="18"/>
          <w:lang w:val="tr-TR"/>
        </w:rPr>
        <w:t xml:space="preserve"> tabanlı herhangi bir araç kullanıl</w:t>
      </w:r>
      <w:r w:rsidR="00C60245" w:rsidRPr="00627C79">
        <w:rPr>
          <w:rFonts w:ascii="Palatino Linotype" w:hAnsi="Palatino Linotype"/>
          <w:sz w:val="18"/>
          <w:szCs w:val="18"/>
          <w:lang w:val="tr-TR"/>
        </w:rPr>
        <w:t>m</w:t>
      </w:r>
      <w:r w:rsidRPr="00627C79">
        <w:rPr>
          <w:rFonts w:ascii="Palatino Linotype" w:hAnsi="Palatino Linotype"/>
          <w:sz w:val="18"/>
          <w:szCs w:val="18"/>
          <w:lang w:val="tr-TR"/>
        </w:rPr>
        <w:t>amıştır.</w:t>
      </w:r>
      <w:r w:rsidR="00A64B7A" w:rsidRPr="00627C79">
        <w:rPr>
          <w:rFonts w:ascii="inherit" w:eastAsia="Times New Roman" w:hAnsi="inherit" w:cs="Courier New"/>
          <w:color w:val="1F1F1F"/>
          <w:sz w:val="18"/>
          <w:szCs w:val="18"/>
          <w:lang w:val="en" w:eastAsia="tr-TR"/>
        </w:rPr>
        <w:t xml:space="preserve"> </w:t>
      </w:r>
      <w:r w:rsidR="00A64B7A" w:rsidRPr="00627C79">
        <w:rPr>
          <w:rFonts w:ascii="Palatino Linotype" w:hAnsi="Palatino Linotype"/>
          <w:sz w:val="18"/>
          <w:szCs w:val="18"/>
          <w:lang w:val="en"/>
        </w:rPr>
        <w:t>No artificial intelligence-based tools were used in this study.</w:t>
      </w:r>
      <w:r w:rsidR="00C60245" w:rsidRPr="00627C79">
        <w:rPr>
          <w:rFonts w:ascii="Palatino Linotype" w:hAnsi="Palatino Linotype"/>
          <w:sz w:val="18"/>
          <w:szCs w:val="18"/>
          <w:lang w:val="tr-TR"/>
        </w:rPr>
        <w:t xml:space="preserve"> </w:t>
      </w:r>
      <w:r w:rsidR="00C60245" w:rsidRPr="00627C79">
        <w:rPr>
          <w:rFonts w:ascii="Palatino Linotype" w:hAnsi="Palatino Linotype"/>
          <w:noProof/>
          <w:sz w:val="18"/>
          <w:szCs w:val="18"/>
          <w:lang w:val="tr-TR"/>
        </w:rPr>
        <mc:AlternateContent>
          <mc:Choice Requires="wps">
            <w:drawing>
              <wp:inline distT="0" distB="0" distL="0" distR="0" wp14:anchorId="700771E2" wp14:editId="68A8CC35">
                <wp:extent cx="277970" cy="223469"/>
                <wp:effectExtent l="12700" t="12700" r="14605" b="18415"/>
                <wp:docPr id="1654994924" name="Yuvarlatılmış Dikdörtgen 1"/>
                <wp:cNvGraphicFramePr/>
                <a:graphic xmlns:a="http://schemas.openxmlformats.org/drawingml/2006/main">
                  <a:graphicData uri="http://schemas.microsoft.com/office/word/2010/wordprocessingShape">
                    <wps:wsp>
                      <wps:cNvSpPr/>
                      <wps:spPr>
                        <a:xfrm>
                          <a:off x="0" y="0"/>
                          <a:ext cx="277970" cy="223469"/>
                        </a:xfrm>
                        <a:prstGeom prst="round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7221E999" id="Yuvarlatılmış Dikdörtgen 1" o:spid="_x0000_s1026" style="width:21.9pt;height:17.6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" fillcolor="white [3201]" strokecolor="#4f81bd [3204]" strokeweight="2pt">
                <w10:anchorlock/>
              </v:roundrect>
            </w:pict>
          </mc:Fallback>
        </mc:AlternateContent>
      </w:r>
    </w:p>
    <w:p w14:paraId="5F30E200" w14:textId="54A1A3A3" w:rsidR="00D1188C" w:rsidRPr="00627C79" w:rsidRDefault="00000000" w:rsidP="00A64B7A">
      <w:pPr>
        <w:rPr>
          <w:rFonts w:ascii="Palatino Linotype" w:hAnsi="Palatino Linotype"/>
          <w:noProof/>
          <w:sz w:val="18"/>
          <w:szCs w:val="18"/>
          <w:lang w:val="tr-TR"/>
        </w:rPr>
      </w:pPr>
      <w:r w:rsidRPr="00627C79">
        <w:rPr>
          <w:rFonts w:ascii="Palatino Linotype" w:hAnsi="Palatino Linotype"/>
          <w:sz w:val="18"/>
          <w:szCs w:val="18"/>
          <w:lang w:val="tr-TR"/>
        </w:rPr>
        <w:t>Bu çalışmada yapay zek</w:t>
      </w:r>
      <w:r w:rsidR="004D70B1" w:rsidRPr="00627C79">
        <w:rPr>
          <w:rFonts w:ascii="Palatino Linotype" w:hAnsi="Palatino Linotype"/>
          <w:sz w:val="18"/>
          <w:szCs w:val="18"/>
          <w:lang w:val="tr-TR"/>
        </w:rPr>
        <w:t>a</w:t>
      </w:r>
      <w:r w:rsidRPr="00627C79">
        <w:rPr>
          <w:rFonts w:ascii="Palatino Linotype" w:hAnsi="Palatino Linotype"/>
          <w:sz w:val="18"/>
          <w:szCs w:val="18"/>
          <w:lang w:val="tr-TR"/>
        </w:rPr>
        <w:t xml:space="preserve"> tabanlı araç(lar) kullanılmıştır.</w:t>
      </w:r>
      <w:r w:rsidR="00C60245" w:rsidRPr="00627C79">
        <w:rPr>
          <w:rFonts w:ascii="Palatino Linotype" w:hAnsi="Palatino Linotype"/>
          <w:noProof/>
          <w:sz w:val="18"/>
          <w:szCs w:val="18"/>
          <w:lang w:val="tr-TR"/>
        </w:rPr>
        <w:t xml:space="preserve"> </w:t>
      </w:r>
      <w:r w:rsidR="00A64B7A" w:rsidRPr="00627C79">
        <w:rPr>
          <w:rFonts w:ascii="Palatino Linotype" w:hAnsi="Palatino Linotype"/>
          <w:noProof/>
          <w:sz w:val="18"/>
          <w:szCs w:val="18"/>
          <w:lang w:val="en"/>
        </w:rPr>
        <w:t>Artificial intelligence-based tool(s) were used in this study.</w:t>
      </w:r>
      <w:r w:rsidR="00C60245" w:rsidRPr="00627C79">
        <w:rPr>
          <w:rFonts w:ascii="Palatino Linotype" w:hAnsi="Palatino Linotype"/>
          <w:noProof/>
          <w:sz w:val="18"/>
          <w:szCs w:val="18"/>
          <w:lang w:val="tr-TR"/>
        </w:rPr>
        <mc:AlternateContent>
          <mc:Choice Requires="wps">
            <w:drawing>
              <wp:inline distT="0" distB="0" distL="0" distR="0" wp14:anchorId="6D2FAAF2" wp14:editId="58BE07D7">
                <wp:extent cx="277970" cy="223469"/>
                <wp:effectExtent l="12700" t="12700" r="14605" b="18415"/>
                <wp:docPr id="901828159" name="Yuvarlatılmış Dikdörtgen 1"/>
                <wp:cNvGraphicFramePr/>
                <a:graphic xmlns:a="http://schemas.openxmlformats.org/drawingml/2006/main">
                  <a:graphicData uri="http://schemas.microsoft.com/office/word/2010/wordprocessingShape">
                    <wps:wsp>
                      <wps:cNvSpPr/>
                      <wps:spPr>
                        <a:xfrm>
                          <a:off x="0" y="0"/>
                          <a:ext cx="277970" cy="223469"/>
                        </a:xfrm>
                        <a:prstGeom prst="roundRect">
                          <a:avLst/>
                        </a:prstGeom>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4B757EFA" id="Yuvarlatılmış Dikdörtgen 1" o:spid="_x0000_s1026" style="width:21.9pt;height:17.6pt;visibility:visible;mso-wrap-style:square;mso-left-percent:-10001;mso-top-percent:-10001;mso-position-horizontal:absolute;mso-position-horizontal-relative:char;mso-position-vertical:absolute;mso-position-vertical-relative:line;mso-left-percent:-10001;mso-top-percent:-10001;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" fillcolor="white [3201]" strokecolor="#4f81bd [3204]" strokeweight="2pt">
                <w10:anchorlock/>
              </v:roundrect>
            </w:pict>
          </mc:Fallback>
        </mc:AlternateContent>
      </w:r>
    </w:p>
    <w:p w14:paraId="238A7436" w14:textId="168A93D3" w:rsidR="00360FF3" w:rsidRPr="00627C79" w:rsidRDefault="00000000" w:rsidP="00A64B7A">
      <w:pPr>
        <w:pStyle w:val="ListeParagraf"/>
        <w:numPr>
          <w:ilvl w:val="0"/>
          <w:numId w:val="12"/>
        </w:numPr>
        <w:spacing w:before="120" w:after="120"/>
        <w:rPr>
          <w:rFonts w:ascii="Palatino Linotype" w:hAnsi="Palatino Linotype"/>
          <w:sz w:val="18"/>
          <w:szCs w:val="18"/>
          <w:lang w:val="tr-TR"/>
        </w:rPr>
      </w:pPr>
      <w:r w:rsidRPr="00627C79">
        <w:rPr>
          <w:rFonts w:ascii="Palatino Linotype" w:hAnsi="Palatino Linotype"/>
          <w:sz w:val="18"/>
          <w:szCs w:val="18"/>
          <w:lang w:val="tr-TR"/>
        </w:rPr>
        <w:t>Kullanılan araç(lar)</w:t>
      </w:r>
      <w:r w:rsidR="00A64B7A" w:rsidRPr="00627C79">
        <w:rPr>
          <w:rFonts w:ascii="Palatino Linotype" w:hAnsi="Palatino Linotype"/>
          <w:sz w:val="18"/>
          <w:szCs w:val="18"/>
          <w:lang w:val="tr-TR"/>
        </w:rPr>
        <w:t>/</w:t>
      </w:r>
      <w:r w:rsidR="00A64B7A" w:rsidRPr="00627C79">
        <w:rPr>
          <w:rFonts w:ascii="Palatino Linotype" w:hAnsi="Palatino Linotype"/>
          <w:sz w:val="18"/>
          <w:szCs w:val="18"/>
          <w:lang w:val="en"/>
        </w:rPr>
        <w:t>Tool(s) used</w:t>
      </w:r>
      <w:r w:rsidRPr="00627C79">
        <w:rPr>
          <w:rFonts w:ascii="Palatino Linotype" w:hAnsi="Palatino Linotype"/>
          <w:sz w:val="18"/>
          <w:szCs w:val="18"/>
          <w:lang w:val="tr-TR"/>
        </w:rPr>
        <w:t>: .................................</w:t>
      </w:r>
      <w:r w:rsidR="00A64B7A" w:rsidRPr="00627C79">
        <w:rPr>
          <w:rFonts w:ascii="Palatino Linotype" w:hAnsi="Palatino Linotype"/>
          <w:sz w:val="18"/>
          <w:szCs w:val="18"/>
          <w:lang w:val="tr-TR"/>
        </w:rPr>
        <w:t>.</w:t>
      </w:r>
      <w:r w:rsidR="00360FF3" w:rsidRPr="00627C79">
        <w:rPr>
          <w:rFonts w:ascii="Palatino Linotype" w:hAnsi="Palatino Linotype"/>
          <w:sz w:val="18"/>
          <w:szCs w:val="18"/>
          <w:lang w:val="tr-TR"/>
        </w:rPr>
        <w:t>.........</w:t>
      </w:r>
      <w:r w:rsidRPr="00627C79">
        <w:rPr>
          <w:rFonts w:ascii="Palatino Linotype" w:hAnsi="Palatino Linotype"/>
          <w:sz w:val="18"/>
          <w:szCs w:val="18"/>
          <w:lang w:val="tr-TR"/>
        </w:rPr>
        <w:t>......................................</w:t>
      </w:r>
      <w:r w:rsidR="00DB60A5" w:rsidRPr="00627C79">
        <w:rPr>
          <w:rFonts w:ascii="Palatino Linotype" w:hAnsi="Palatino Linotype"/>
          <w:sz w:val="18"/>
          <w:szCs w:val="18"/>
          <w:lang w:val="tr-TR"/>
        </w:rPr>
        <w:t>.</w:t>
      </w:r>
    </w:p>
    <w:p w14:paraId="39FD339E" w14:textId="2D89BB71" w:rsidR="00360FF3" w:rsidRPr="00627C79" w:rsidRDefault="00000000" w:rsidP="00A64B7A">
      <w:pPr>
        <w:pStyle w:val="ListeParagraf"/>
        <w:numPr>
          <w:ilvl w:val="0"/>
          <w:numId w:val="12"/>
        </w:numPr>
        <w:spacing w:before="120" w:after="120"/>
        <w:rPr>
          <w:rFonts w:ascii="Palatino Linotype" w:hAnsi="Palatino Linotype"/>
          <w:sz w:val="18"/>
          <w:szCs w:val="18"/>
          <w:lang w:val="tr-TR"/>
        </w:rPr>
      </w:pPr>
      <w:r w:rsidRPr="00627C79">
        <w:rPr>
          <w:rFonts w:ascii="Palatino Linotype" w:hAnsi="Palatino Linotype"/>
          <w:sz w:val="18"/>
          <w:szCs w:val="18"/>
          <w:lang w:val="tr-TR"/>
        </w:rPr>
        <w:t>Kullanım amacı</w:t>
      </w:r>
      <w:r w:rsidR="00A64B7A" w:rsidRPr="00627C79">
        <w:rPr>
          <w:rFonts w:ascii="Palatino Linotype" w:hAnsi="Palatino Linotype"/>
          <w:sz w:val="18"/>
          <w:szCs w:val="18"/>
          <w:lang w:val="tr-TR"/>
        </w:rPr>
        <w:t>/</w:t>
      </w:r>
      <w:r w:rsidR="00A64B7A" w:rsidRPr="00627C79">
        <w:rPr>
          <w:rFonts w:ascii="Palatino Linotype" w:hAnsi="Palatino Linotype"/>
          <w:sz w:val="18"/>
          <w:szCs w:val="18"/>
          <w:lang w:val="en"/>
        </w:rPr>
        <w:t>Intended use</w:t>
      </w:r>
      <w:r w:rsidRPr="00627C79">
        <w:rPr>
          <w:rFonts w:ascii="Palatino Linotype" w:hAnsi="Palatino Linotype"/>
          <w:sz w:val="18"/>
          <w:szCs w:val="18"/>
          <w:lang w:val="tr-TR"/>
        </w:rPr>
        <w:t>...............</w:t>
      </w:r>
      <w:r w:rsidR="00360FF3" w:rsidRPr="00627C79">
        <w:rPr>
          <w:rFonts w:ascii="Palatino Linotype" w:hAnsi="Palatino Linotype"/>
          <w:sz w:val="18"/>
          <w:szCs w:val="18"/>
          <w:lang w:val="tr-TR"/>
        </w:rPr>
        <w:t>.....................</w:t>
      </w:r>
      <w:r w:rsidRPr="00627C79">
        <w:rPr>
          <w:rFonts w:ascii="Palatino Linotype" w:hAnsi="Palatino Linotype"/>
          <w:sz w:val="18"/>
          <w:szCs w:val="18"/>
          <w:lang w:val="tr-TR"/>
        </w:rPr>
        <w:t>...................................</w:t>
      </w:r>
      <w:r w:rsidR="00360FF3" w:rsidRPr="00627C79">
        <w:rPr>
          <w:rFonts w:ascii="Palatino Linotype" w:hAnsi="Palatino Linotype"/>
          <w:sz w:val="18"/>
          <w:szCs w:val="18"/>
          <w:lang w:val="tr-TR"/>
        </w:rPr>
        <w:t>...</w:t>
      </w:r>
      <w:r w:rsidRPr="00627C79">
        <w:rPr>
          <w:rFonts w:ascii="Palatino Linotype" w:hAnsi="Palatino Linotype"/>
          <w:sz w:val="18"/>
          <w:szCs w:val="18"/>
          <w:lang w:val="tr-TR"/>
        </w:rPr>
        <w:t>....</w:t>
      </w:r>
      <w:r w:rsidR="00DB60A5" w:rsidRPr="00627C79">
        <w:rPr>
          <w:rFonts w:ascii="Palatino Linotype" w:hAnsi="Palatino Linotype"/>
          <w:sz w:val="18"/>
          <w:szCs w:val="18"/>
          <w:lang w:val="tr-TR"/>
        </w:rPr>
        <w:t>.</w:t>
      </w:r>
      <w:r w:rsidR="00A64B7A" w:rsidRPr="00627C79">
        <w:rPr>
          <w:rFonts w:ascii="Palatino Linotype" w:hAnsi="Palatino Linotype"/>
          <w:sz w:val="18"/>
          <w:szCs w:val="18"/>
          <w:lang w:val="tr-TR"/>
        </w:rPr>
        <w:t>..........</w:t>
      </w:r>
    </w:p>
    <w:p w14:paraId="1B2ED3EB" w14:textId="4D8C1EB1" w:rsidR="00A64B7A" w:rsidRPr="00627C79" w:rsidRDefault="00000000" w:rsidP="00A64B7A">
      <w:pPr>
        <w:pStyle w:val="ListeParagraf"/>
        <w:numPr>
          <w:ilvl w:val="0"/>
          <w:numId w:val="12"/>
        </w:numPr>
        <w:spacing w:before="120" w:after="120"/>
        <w:rPr>
          <w:rFonts w:ascii="Palatino Linotype" w:hAnsi="Palatino Linotype"/>
          <w:sz w:val="18"/>
          <w:szCs w:val="18"/>
          <w:lang w:val="tr-TR"/>
        </w:rPr>
      </w:pPr>
      <w:r w:rsidRPr="00627C79">
        <w:rPr>
          <w:rFonts w:ascii="Palatino Linotype" w:hAnsi="Palatino Linotype"/>
          <w:sz w:val="18"/>
          <w:szCs w:val="18"/>
          <w:lang w:val="tr-TR"/>
        </w:rPr>
        <w:t>Açıklama (varsa)</w:t>
      </w:r>
      <w:r w:rsidR="00A64B7A" w:rsidRPr="00627C79">
        <w:rPr>
          <w:rFonts w:ascii="Palatino Linotype" w:hAnsi="Palatino Linotype"/>
          <w:sz w:val="18"/>
          <w:szCs w:val="18"/>
          <w:lang w:val="tr-TR"/>
        </w:rPr>
        <w:t>/</w:t>
      </w:r>
      <w:r w:rsidR="00A64B7A" w:rsidRPr="00627C79">
        <w:rPr>
          <w:rFonts w:ascii="Palatino Linotype" w:hAnsi="Palatino Linotype"/>
          <w:sz w:val="18"/>
          <w:szCs w:val="18"/>
          <w:lang w:val="en"/>
        </w:rPr>
        <w:t>Explanation (if any):</w:t>
      </w:r>
      <w:r w:rsidR="00A64B7A" w:rsidRPr="00627C79">
        <w:rPr>
          <w:rFonts w:ascii="Palatino Linotype" w:hAnsi="Palatino Linotype"/>
          <w:sz w:val="18"/>
          <w:szCs w:val="18"/>
          <w:lang w:val="en"/>
        </w:rPr>
        <w:t>………………………………………………</w:t>
      </w:r>
    </w:p>
    <w:p w14:paraId="1D47084E" w14:textId="46BCEB3D" w:rsidR="00D1188C" w:rsidRPr="00627C79" w:rsidRDefault="00000000" w:rsidP="00360FF3">
      <w:pPr>
        <w:pStyle w:val="ListeParagraf"/>
        <w:numPr>
          <w:ilvl w:val="0"/>
          <w:numId w:val="13"/>
        </w:numPr>
        <w:spacing w:before="120" w:after="120"/>
        <w:rPr>
          <w:rFonts w:ascii="Palatino Linotype" w:hAnsi="Palatino Linotype"/>
          <w:b/>
          <w:bCs/>
          <w:sz w:val="18"/>
          <w:szCs w:val="18"/>
          <w:lang w:val="tr-TR"/>
        </w:rPr>
      </w:pPr>
      <w:r w:rsidRPr="00627C79">
        <w:rPr>
          <w:rFonts w:ascii="Palatino Linotype" w:hAnsi="Palatino Linotype"/>
          <w:b/>
          <w:bCs/>
          <w:sz w:val="18"/>
          <w:szCs w:val="18"/>
          <w:lang w:val="tr-TR"/>
        </w:rPr>
        <w:t>Onay</w:t>
      </w:r>
      <w:r w:rsidR="00A64B7A" w:rsidRPr="00627C79">
        <w:rPr>
          <w:rFonts w:ascii="Palatino Linotype" w:hAnsi="Palatino Linotype"/>
          <w:b/>
          <w:bCs/>
          <w:sz w:val="18"/>
          <w:szCs w:val="18"/>
          <w:lang w:val="tr-TR"/>
        </w:rPr>
        <w:t>/</w:t>
      </w:r>
      <w:r w:rsidR="00A64B7A" w:rsidRPr="00627C79">
        <w:rPr>
          <w:sz w:val="18"/>
          <w:szCs w:val="18"/>
        </w:rPr>
        <w:t xml:space="preserve"> </w:t>
      </w:r>
      <w:r w:rsidR="00A64B7A" w:rsidRPr="00627C79">
        <w:rPr>
          <w:rFonts w:ascii="Palatino Linotype" w:hAnsi="Palatino Linotype"/>
          <w:b/>
          <w:bCs/>
          <w:sz w:val="18"/>
          <w:szCs w:val="18"/>
          <w:lang w:val="tr-TR"/>
        </w:rPr>
        <w:t>Approval</w:t>
      </w:r>
    </w:p>
    <w:p w14:paraId="535E98E1" w14:textId="744F3BD8" w:rsidR="00360FF3" w:rsidRPr="00627C79" w:rsidRDefault="00000000" w:rsidP="00A64B7A">
      <w:pPr>
        <w:spacing w:before="120" w:after="120"/>
        <w:jc w:val="both"/>
        <w:rPr>
          <w:rFonts w:ascii="Palatino Linotype" w:hAnsi="Palatino Linotype"/>
          <w:sz w:val="18"/>
          <w:szCs w:val="18"/>
          <w:lang w:val="tr-TR"/>
        </w:rPr>
      </w:pPr>
      <w:r w:rsidRPr="00627C79">
        <w:rPr>
          <w:rFonts w:ascii="Palatino Linotype" w:hAnsi="Palatino Linotype"/>
          <w:sz w:val="18"/>
          <w:szCs w:val="18"/>
          <w:lang w:val="tr-TR"/>
        </w:rPr>
        <w:t>Bu beyan ile, çalışmada kullanılan yapay zek</w:t>
      </w:r>
      <w:r w:rsidR="004D70B1" w:rsidRPr="00627C79">
        <w:rPr>
          <w:rFonts w:ascii="Palatino Linotype" w:hAnsi="Palatino Linotype"/>
          <w:sz w:val="18"/>
          <w:szCs w:val="18"/>
          <w:lang w:val="tr-TR"/>
        </w:rPr>
        <w:t>a</w:t>
      </w:r>
      <w:r w:rsidRPr="00627C79">
        <w:rPr>
          <w:rFonts w:ascii="Palatino Linotype" w:hAnsi="Palatino Linotype"/>
          <w:sz w:val="18"/>
          <w:szCs w:val="18"/>
          <w:lang w:val="tr-TR"/>
        </w:rPr>
        <w:t xml:space="preserve"> araçlarının yalnızca yardımcı işlevlerde kullanıldığını; araştırmanın özgünlüğü, bilimsel katkısı ve sorumluluğunun tamamen yazar(lar)a ait olduğunu kabul ve beyan ederim.</w:t>
      </w:r>
      <w:r w:rsidR="00A64B7A" w:rsidRPr="00627C79">
        <w:rPr>
          <w:rFonts w:ascii="Palatino Linotype" w:hAnsi="Palatino Linotype"/>
          <w:sz w:val="18"/>
          <w:szCs w:val="18"/>
          <w:lang w:val="tr-TR"/>
        </w:rPr>
        <w:t xml:space="preserve"> </w:t>
      </w:r>
      <w:r w:rsidR="00A64B7A" w:rsidRPr="00627C79">
        <w:rPr>
          <w:rFonts w:ascii="Palatino Linotype" w:hAnsi="Palatino Linotype"/>
          <w:sz w:val="18"/>
          <w:szCs w:val="18"/>
          <w:lang w:val="en"/>
        </w:rPr>
        <w:t>With this statement, I acknowledge and declare that the artificial intelligence tools used in the study were employed solely for auxiliary functions, and that the originality, scientific contribution, and responsibility of the research belong entirely to the author(s).</w:t>
      </w:r>
    </w:p>
    <w:tbl>
      <w:tblPr>
        <w:tblStyle w:val="TabloKlavuzu"/>
        <w:tblW w:w="0" w:type="auto"/>
        <w:tblLook w:val="04A0" w:firstRow="1" w:lastRow="0" w:firstColumn="1" w:lastColumn="0" w:noHBand="0" w:noVBand="1"/>
      </w:tblPr>
      <w:tblGrid>
        <w:gridCol w:w="2876"/>
        <w:gridCol w:w="2877"/>
        <w:gridCol w:w="2877"/>
      </w:tblGrid>
      <w:tr w:rsidR="00360FF3" w:rsidRPr="00627C79" w14:paraId="5C1AEE8E" w14:textId="77777777" w:rsidTr="00360FF3">
        <w:tc>
          <w:tcPr>
            <w:tcW w:w="2876" w:type="dxa"/>
          </w:tcPr>
          <w:p w14:paraId="229B20F6" w14:textId="77777777" w:rsidR="00360FF3" w:rsidRPr="00627C79" w:rsidRDefault="00360FF3" w:rsidP="00360FF3">
            <w:pPr>
              <w:spacing w:before="120"/>
              <w:jc w:val="center"/>
              <w:rPr>
                <w:rFonts w:ascii="Palatino Linotype" w:hAnsi="Palatino Linotype"/>
                <w:b/>
                <w:bCs/>
                <w:sz w:val="18"/>
                <w:szCs w:val="18"/>
                <w:lang w:val="tr-TR"/>
              </w:rPr>
            </w:pPr>
            <w:r w:rsidRPr="00627C79">
              <w:rPr>
                <w:rFonts w:ascii="Palatino Linotype" w:hAnsi="Palatino Linotype"/>
                <w:b/>
                <w:bCs/>
                <w:sz w:val="18"/>
                <w:szCs w:val="18"/>
                <w:lang w:val="tr-TR"/>
              </w:rPr>
              <w:t>Yazar(lar)ın</w:t>
            </w:r>
          </w:p>
          <w:p w14:paraId="21CC4BEC" w14:textId="3364CD67" w:rsidR="00360FF3" w:rsidRPr="00627C79" w:rsidRDefault="00360FF3" w:rsidP="00360FF3">
            <w:pPr>
              <w:spacing w:before="120"/>
              <w:jc w:val="center"/>
              <w:rPr>
                <w:rFonts w:ascii="Palatino Linotype" w:hAnsi="Palatino Linotype"/>
                <w:b/>
                <w:bCs/>
                <w:sz w:val="18"/>
                <w:szCs w:val="18"/>
                <w:lang w:val="tr-TR"/>
              </w:rPr>
            </w:pPr>
            <w:r w:rsidRPr="00627C79">
              <w:rPr>
                <w:rFonts w:ascii="Palatino Linotype" w:hAnsi="Palatino Linotype"/>
                <w:b/>
                <w:bCs/>
                <w:sz w:val="18"/>
                <w:szCs w:val="18"/>
                <w:lang w:val="tr-TR"/>
              </w:rPr>
              <w:t>Adı-Soyadı</w:t>
            </w:r>
            <w:r w:rsidR="00627C79">
              <w:rPr>
                <w:rFonts w:ascii="Palatino Linotype" w:hAnsi="Palatino Linotype"/>
                <w:b/>
                <w:bCs/>
                <w:sz w:val="18"/>
                <w:szCs w:val="18"/>
                <w:lang w:val="tr-TR"/>
              </w:rPr>
              <w:t>/Author Name</w:t>
            </w:r>
            <w:r w:rsidRPr="00627C79">
              <w:rPr>
                <w:rFonts w:ascii="Palatino Linotype" w:hAnsi="Palatino Linotype"/>
                <w:b/>
                <w:bCs/>
                <w:sz w:val="18"/>
                <w:szCs w:val="18"/>
                <w:lang w:val="tr-TR"/>
              </w:rPr>
              <w:t>:</w:t>
            </w:r>
          </w:p>
        </w:tc>
        <w:tc>
          <w:tcPr>
            <w:tcW w:w="2877" w:type="dxa"/>
          </w:tcPr>
          <w:p w14:paraId="3589578E" w14:textId="0F0345EF" w:rsidR="00360FF3" w:rsidRPr="00627C79" w:rsidRDefault="00360FF3" w:rsidP="00360FF3">
            <w:pPr>
              <w:spacing w:before="120"/>
              <w:jc w:val="center"/>
              <w:rPr>
                <w:rFonts w:ascii="Palatino Linotype" w:hAnsi="Palatino Linotype"/>
                <w:b/>
                <w:bCs/>
                <w:sz w:val="18"/>
                <w:szCs w:val="18"/>
                <w:lang w:val="tr-TR"/>
              </w:rPr>
            </w:pPr>
            <w:r w:rsidRPr="00627C79">
              <w:rPr>
                <w:rFonts w:ascii="Palatino Linotype" w:hAnsi="Palatino Linotype"/>
                <w:b/>
                <w:bCs/>
                <w:sz w:val="18"/>
                <w:szCs w:val="18"/>
                <w:lang w:val="tr-TR"/>
              </w:rPr>
              <w:t>İmza</w:t>
            </w:r>
            <w:r w:rsidR="00627C79">
              <w:rPr>
                <w:rFonts w:ascii="Palatino Linotype" w:hAnsi="Palatino Linotype"/>
                <w:b/>
                <w:bCs/>
                <w:sz w:val="18"/>
                <w:szCs w:val="18"/>
                <w:lang w:val="tr-TR"/>
              </w:rPr>
              <w:t>/Signature</w:t>
            </w:r>
            <w:r w:rsidRPr="00627C79">
              <w:rPr>
                <w:rFonts w:ascii="Palatino Linotype" w:hAnsi="Palatino Linotype"/>
                <w:b/>
                <w:bCs/>
                <w:sz w:val="18"/>
                <w:szCs w:val="18"/>
                <w:lang w:val="tr-TR"/>
              </w:rPr>
              <w:t>:</w:t>
            </w:r>
          </w:p>
        </w:tc>
        <w:tc>
          <w:tcPr>
            <w:tcW w:w="2877" w:type="dxa"/>
          </w:tcPr>
          <w:p w14:paraId="70F0AC9D" w14:textId="3B16F5F5" w:rsidR="00360FF3" w:rsidRPr="00627C79" w:rsidRDefault="00360FF3" w:rsidP="00360FF3">
            <w:pPr>
              <w:spacing w:before="120"/>
              <w:jc w:val="center"/>
              <w:rPr>
                <w:rFonts w:ascii="Palatino Linotype" w:hAnsi="Palatino Linotype"/>
                <w:b/>
                <w:bCs/>
                <w:sz w:val="18"/>
                <w:szCs w:val="18"/>
                <w:lang w:val="tr-TR"/>
              </w:rPr>
            </w:pPr>
            <w:r w:rsidRPr="00627C79">
              <w:rPr>
                <w:rFonts w:ascii="Palatino Linotype" w:hAnsi="Palatino Linotype"/>
                <w:b/>
                <w:bCs/>
                <w:sz w:val="18"/>
                <w:szCs w:val="18"/>
                <w:lang w:val="tr-TR"/>
              </w:rPr>
              <w:t>Tarih</w:t>
            </w:r>
            <w:r w:rsidR="00627C79">
              <w:rPr>
                <w:rFonts w:ascii="Palatino Linotype" w:hAnsi="Palatino Linotype"/>
                <w:b/>
                <w:bCs/>
                <w:sz w:val="18"/>
                <w:szCs w:val="18"/>
                <w:lang w:val="tr-TR"/>
              </w:rPr>
              <w:t>/Date</w:t>
            </w:r>
            <w:r w:rsidRPr="00627C79">
              <w:rPr>
                <w:rFonts w:ascii="Palatino Linotype" w:hAnsi="Palatino Linotype"/>
                <w:b/>
                <w:bCs/>
                <w:sz w:val="18"/>
                <w:szCs w:val="18"/>
                <w:lang w:val="tr-TR"/>
              </w:rPr>
              <w:t>:</w:t>
            </w:r>
          </w:p>
        </w:tc>
      </w:tr>
      <w:tr w:rsidR="00360FF3" w:rsidRPr="00627C79" w14:paraId="2FD595CA" w14:textId="77777777" w:rsidTr="00360FF3">
        <w:trPr>
          <w:trHeight w:val="501"/>
        </w:trPr>
        <w:tc>
          <w:tcPr>
            <w:tcW w:w="2876" w:type="dxa"/>
          </w:tcPr>
          <w:p w14:paraId="4CB39CDC" w14:textId="77777777" w:rsidR="00360FF3" w:rsidRPr="00627C79" w:rsidRDefault="00360FF3" w:rsidP="00360FF3">
            <w:pPr>
              <w:spacing w:before="120"/>
              <w:rPr>
                <w:rFonts w:ascii="Palatino Linotype" w:hAnsi="Palatino Linotype"/>
                <w:b/>
                <w:bCs/>
                <w:sz w:val="18"/>
                <w:szCs w:val="18"/>
                <w:lang w:val="tr-TR"/>
              </w:rPr>
            </w:pPr>
          </w:p>
        </w:tc>
        <w:tc>
          <w:tcPr>
            <w:tcW w:w="2877" w:type="dxa"/>
          </w:tcPr>
          <w:p w14:paraId="219575AC" w14:textId="77777777" w:rsidR="00360FF3" w:rsidRPr="00627C79" w:rsidRDefault="00360FF3" w:rsidP="00360FF3">
            <w:pPr>
              <w:spacing w:before="120"/>
              <w:rPr>
                <w:rFonts w:ascii="Palatino Linotype" w:hAnsi="Palatino Linotype"/>
                <w:b/>
                <w:bCs/>
                <w:sz w:val="18"/>
                <w:szCs w:val="18"/>
                <w:lang w:val="tr-TR"/>
              </w:rPr>
            </w:pPr>
          </w:p>
        </w:tc>
        <w:tc>
          <w:tcPr>
            <w:tcW w:w="2877" w:type="dxa"/>
          </w:tcPr>
          <w:p w14:paraId="7DD0017A" w14:textId="77777777" w:rsidR="00360FF3" w:rsidRPr="00627C79" w:rsidRDefault="00360FF3" w:rsidP="00360FF3">
            <w:pPr>
              <w:spacing w:before="120"/>
              <w:rPr>
                <w:rFonts w:ascii="Palatino Linotype" w:hAnsi="Palatino Linotype"/>
                <w:b/>
                <w:bCs/>
                <w:sz w:val="18"/>
                <w:szCs w:val="18"/>
                <w:lang w:val="tr-TR"/>
              </w:rPr>
            </w:pPr>
          </w:p>
        </w:tc>
      </w:tr>
      <w:tr w:rsidR="00360FF3" w:rsidRPr="00627C79" w14:paraId="57B5E48F" w14:textId="77777777" w:rsidTr="00360FF3">
        <w:trPr>
          <w:trHeight w:val="501"/>
        </w:trPr>
        <w:tc>
          <w:tcPr>
            <w:tcW w:w="2876" w:type="dxa"/>
          </w:tcPr>
          <w:p w14:paraId="6DED3580" w14:textId="77777777" w:rsidR="00360FF3" w:rsidRPr="00627C79" w:rsidRDefault="00360FF3" w:rsidP="00360FF3">
            <w:pPr>
              <w:spacing w:before="120"/>
              <w:rPr>
                <w:rFonts w:ascii="Palatino Linotype" w:hAnsi="Palatino Linotype"/>
                <w:b/>
                <w:bCs/>
                <w:sz w:val="18"/>
                <w:szCs w:val="18"/>
                <w:lang w:val="tr-TR"/>
              </w:rPr>
            </w:pPr>
          </w:p>
        </w:tc>
        <w:tc>
          <w:tcPr>
            <w:tcW w:w="2877" w:type="dxa"/>
          </w:tcPr>
          <w:p w14:paraId="402A5A20" w14:textId="77777777" w:rsidR="00360FF3" w:rsidRPr="00627C79" w:rsidRDefault="00360FF3" w:rsidP="00360FF3">
            <w:pPr>
              <w:spacing w:before="120"/>
              <w:rPr>
                <w:rFonts w:ascii="Palatino Linotype" w:hAnsi="Palatino Linotype"/>
                <w:b/>
                <w:bCs/>
                <w:sz w:val="18"/>
                <w:szCs w:val="18"/>
                <w:lang w:val="tr-TR"/>
              </w:rPr>
            </w:pPr>
          </w:p>
        </w:tc>
        <w:tc>
          <w:tcPr>
            <w:tcW w:w="2877" w:type="dxa"/>
          </w:tcPr>
          <w:p w14:paraId="33D04362" w14:textId="77777777" w:rsidR="00360FF3" w:rsidRPr="00627C79" w:rsidRDefault="00360FF3" w:rsidP="00360FF3">
            <w:pPr>
              <w:spacing w:before="120"/>
              <w:rPr>
                <w:rFonts w:ascii="Palatino Linotype" w:hAnsi="Palatino Linotype"/>
                <w:b/>
                <w:bCs/>
                <w:sz w:val="18"/>
                <w:szCs w:val="18"/>
                <w:lang w:val="tr-TR"/>
              </w:rPr>
            </w:pPr>
          </w:p>
        </w:tc>
      </w:tr>
      <w:tr w:rsidR="00360FF3" w:rsidRPr="00627C79" w14:paraId="7067BB98" w14:textId="77777777" w:rsidTr="00360FF3">
        <w:trPr>
          <w:trHeight w:val="501"/>
        </w:trPr>
        <w:tc>
          <w:tcPr>
            <w:tcW w:w="2876" w:type="dxa"/>
          </w:tcPr>
          <w:p w14:paraId="1DFC9C73" w14:textId="77777777" w:rsidR="00360FF3" w:rsidRPr="00627C79" w:rsidRDefault="00360FF3" w:rsidP="00360FF3">
            <w:pPr>
              <w:spacing w:before="120"/>
              <w:rPr>
                <w:rFonts w:ascii="Palatino Linotype" w:hAnsi="Palatino Linotype"/>
                <w:b/>
                <w:bCs/>
                <w:sz w:val="18"/>
                <w:szCs w:val="18"/>
                <w:lang w:val="tr-TR"/>
              </w:rPr>
            </w:pPr>
          </w:p>
        </w:tc>
        <w:tc>
          <w:tcPr>
            <w:tcW w:w="2877" w:type="dxa"/>
          </w:tcPr>
          <w:p w14:paraId="7F0AA25E" w14:textId="77777777" w:rsidR="00360FF3" w:rsidRPr="00627C79" w:rsidRDefault="00360FF3" w:rsidP="00360FF3">
            <w:pPr>
              <w:spacing w:before="120"/>
              <w:rPr>
                <w:rFonts w:ascii="Palatino Linotype" w:hAnsi="Palatino Linotype"/>
                <w:b/>
                <w:bCs/>
                <w:sz w:val="18"/>
                <w:szCs w:val="18"/>
                <w:lang w:val="tr-TR"/>
              </w:rPr>
            </w:pPr>
          </w:p>
        </w:tc>
        <w:tc>
          <w:tcPr>
            <w:tcW w:w="2877" w:type="dxa"/>
          </w:tcPr>
          <w:p w14:paraId="5603F200" w14:textId="77777777" w:rsidR="00360FF3" w:rsidRPr="00627C79" w:rsidRDefault="00360FF3" w:rsidP="00360FF3">
            <w:pPr>
              <w:spacing w:before="120"/>
              <w:rPr>
                <w:rFonts w:ascii="Palatino Linotype" w:hAnsi="Palatino Linotype"/>
                <w:b/>
                <w:bCs/>
                <w:sz w:val="18"/>
                <w:szCs w:val="18"/>
                <w:lang w:val="tr-TR"/>
              </w:rPr>
            </w:pPr>
          </w:p>
        </w:tc>
      </w:tr>
    </w:tbl>
    <w:p w14:paraId="7D05377D" w14:textId="38FA9451" w:rsidR="00D1188C" w:rsidRPr="00627C79" w:rsidRDefault="00D1188C" w:rsidP="00360FF3">
      <w:pPr>
        <w:spacing w:before="120" w:after="0"/>
        <w:rPr>
          <w:rFonts w:ascii="Palatino Linotype" w:hAnsi="Palatino Linotype"/>
          <w:sz w:val="18"/>
          <w:szCs w:val="18"/>
          <w:lang w:val="tr-TR"/>
        </w:rPr>
      </w:pPr>
    </w:p>
    <w:sectPr w:rsidR="00D1188C" w:rsidRPr="00627C79" w:rsidSect="00034616">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9C1746" w14:textId="77777777" w:rsidR="0020736B" w:rsidRDefault="0020736B" w:rsidP="00360FF3">
      <w:pPr>
        <w:spacing w:after="0" w:line="240" w:lineRule="auto"/>
      </w:pPr>
      <w:r>
        <w:separator/>
      </w:r>
    </w:p>
  </w:endnote>
  <w:endnote w:type="continuationSeparator" w:id="0">
    <w:p w14:paraId="2BCB5554" w14:textId="77777777" w:rsidR="0020736B" w:rsidRDefault="0020736B" w:rsidP="00360F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Consolas">
    <w:panose1 w:val="020B0609020204030204"/>
    <w:charset w:val="A2"/>
    <w:family w:val="modern"/>
    <w:pitch w:val="fixed"/>
    <w:sig w:usb0="E00006FF" w:usb1="0000FCFF" w:usb2="00000001" w:usb3="00000000" w:csb0="0000019F" w:csb1="00000000"/>
  </w:font>
  <w:font w:name="Palatino Linotype">
    <w:panose1 w:val="02040502050505030304"/>
    <w:charset w:val="A2"/>
    <w:family w:val="roman"/>
    <w:pitch w:val="variable"/>
    <w:sig w:usb0="E0000287" w:usb1="40000013" w:usb2="00000000" w:usb3="00000000" w:csb0="0000019F" w:csb1="00000000"/>
  </w:font>
  <w:font w:name="inheri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078CD" w14:textId="77777777" w:rsidR="0020736B" w:rsidRDefault="0020736B" w:rsidP="00360FF3">
      <w:pPr>
        <w:spacing w:after="0" w:line="240" w:lineRule="auto"/>
      </w:pPr>
      <w:r>
        <w:separator/>
      </w:r>
    </w:p>
  </w:footnote>
  <w:footnote w:type="continuationSeparator" w:id="0">
    <w:p w14:paraId="22C20B90" w14:textId="77777777" w:rsidR="0020736B" w:rsidRDefault="0020736B" w:rsidP="00360F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6FA69" w14:textId="29C275FC" w:rsidR="00360FF3" w:rsidRPr="009205FC" w:rsidRDefault="00360FF3" w:rsidP="00360FF3">
    <w:pPr>
      <w:rPr>
        <w:rFonts w:ascii="Palatino Linotype" w:hAnsi="Palatino Linotype"/>
        <w:b/>
        <w:bCs/>
      </w:rPr>
    </w:pPr>
    <w:r w:rsidRPr="009205FC">
      <w:rPr>
        <w:rFonts w:ascii="Palatino Linotype" w:hAnsi="Palatino Linotype"/>
        <w:b/>
        <w:bCs/>
        <w:noProof/>
      </w:rPr>
      <mc:AlternateContent>
        <mc:Choice Requires="wps">
          <w:drawing>
            <wp:anchor distT="0" distB="0" distL="114300" distR="114300" simplePos="0" relativeHeight="251659264" behindDoc="0" locked="0" layoutInCell="1" allowOverlap="1" wp14:anchorId="6A489EBD" wp14:editId="7EFE9F88">
              <wp:simplePos x="0" y="0"/>
              <wp:positionH relativeFrom="margin">
                <wp:posOffset>-293643</wp:posOffset>
              </wp:positionH>
              <wp:positionV relativeFrom="paragraph">
                <wp:posOffset>-388822</wp:posOffset>
              </wp:positionV>
              <wp:extent cx="6163697" cy="747395"/>
              <wp:effectExtent l="12700" t="12700" r="8890" b="14605"/>
              <wp:wrapNone/>
              <wp:docPr id="1" name="Dikdörtgen 1"/>
              <wp:cNvGraphicFramePr/>
              <a:graphic xmlns:a="http://schemas.openxmlformats.org/drawingml/2006/main">
                <a:graphicData uri="http://schemas.microsoft.com/office/word/2010/wordprocessingShape">
                  <wps:wsp>
                    <wps:cNvSpPr/>
                    <wps:spPr>
                      <a:xfrm>
                        <a:off x="0" y="0"/>
                        <a:ext cx="6163697" cy="747395"/>
                      </a:xfrm>
                      <a:prstGeom prst="rect">
                        <a:avLst/>
                      </a:prstGeom>
                      <a:solidFill>
                        <a:schemeClr val="tx2"/>
                      </a:solidFill>
                    </wps:spPr>
                    <wps:style>
                      <a:lnRef idx="2">
                        <a:schemeClr val="accent1">
                          <a:shade val="50000"/>
                        </a:schemeClr>
                      </a:lnRef>
                      <a:fillRef idx="1">
                        <a:schemeClr val="accent1"/>
                      </a:fillRef>
                      <a:effectRef idx="0">
                        <a:schemeClr val="accent1"/>
                      </a:effectRef>
                      <a:fontRef idx="minor">
                        <a:schemeClr val="lt1"/>
                      </a:fontRef>
                    </wps:style>
                    <wps:txbx>
                      <w:txbxContent>
                        <w:p w14:paraId="400E3457" w14:textId="77777777" w:rsidR="00276CA4" w:rsidRDefault="00276CA4" w:rsidP="00276CA4">
                          <w:pPr>
                            <w:jc w:val="center"/>
                            <w:rPr>
                              <w:rFonts w:ascii="Palatino Linotype" w:hAnsi="Palatino Linotype"/>
                              <w:b/>
                              <w:bCs/>
                              <w:iCs/>
                              <w:sz w:val="24"/>
                              <w:szCs w:val="24"/>
                            </w:rPr>
                          </w:pPr>
                          <w:r>
                            <w:rPr>
                              <w:rFonts w:ascii="Palatino Linotype" w:hAnsi="Palatino Linotype"/>
                              <w:b/>
                              <w:bCs/>
                              <w:iCs/>
                              <w:sz w:val="24"/>
                              <w:szCs w:val="24"/>
                            </w:rPr>
                            <w:t>Mevzu</w:t>
                          </w:r>
                          <w:r w:rsidR="00360FF3" w:rsidRPr="009205FC">
                            <w:rPr>
                              <w:rFonts w:ascii="Palatino Linotype" w:hAnsi="Palatino Linotype"/>
                              <w:b/>
                              <w:bCs/>
                              <w:iCs/>
                              <w:sz w:val="24"/>
                              <w:szCs w:val="24"/>
                            </w:rPr>
                            <w:t xml:space="preserve"> </w:t>
                          </w:r>
                          <w:r>
                            <w:rPr>
                              <w:rFonts w:ascii="Palatino Linotype" w:hAnsi="Palatino Linotype"/>
                              <w:b/>
                              <w:bCs/>
                              <w:iCs/>
                              <w:sz w:val="24"/>
                              <w:szCs w:val="24"/>
                            </w:rPr>
                            <w:t xml:space="preserve">- </w:t>
                          </w:r>
                          <w:r w:rsidR="00360FF3" w:rsidRPr="009205FC">
                            <w:rPr>
                              <w:rFonts w:ascii="Palatino Linotype" w:hAnsi="Palatino Linotype"/>
                              <w:b/>
                              <w:bCs/>
                              <w:iCs/>
                              <w:sz w:val="24"/>
                              <w:szCs w:val="24"/>
                            </w:rPr>
                            <w:t xml:space="preserve">Sosyal Bilimler Dergisi </w:t>
                          </w:r>
                        </w:p>
                        <w:p w14:paraId="3FD90C74" w14:textId="2273659E" w:rsidR="00360FF3" w:rsidRPr="009205FC" w:rsidRDefault="00276CA4" w:rsidP="00276CA4">
                          <w:pPr>
                            <w:jc w:val="center"/>
                            <w:rPr>
                              <w:rFonts w:ascii="Palatino Linotype" w:hAnsi="Palatino Linotype"/>
                              <w:b/>
                              <w:bCs/>
                              <w:iCs/>
                              <w:sz w:val="24"/>
                              <w:szCs w:val="24"/>
                            </w:rPr>
                          </w:pPr>
                          <w:r w:rsidRPr="00276CA4">
                            <w:rPr>
                              <w:rFonts w:ascii="Palatino Linotype" w:hAnsi="Palatino Linotype"/>
                              <w:b/>
                              <w:bCs/>
                              <w:iCs/>
                              <w:sz w:val="24"/>
                              <w:szCs w:val="24"/>
                            </w:rPr>
                            <w:t>e-ISSN: 2667-877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489EBD" id="Dikdörtgen 1" o:spid="_x0000_s1026" style="position:absolute;margin-left:-23.1pt;margin-top:-30.6pt;width:485.35pt;height:58.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" fillcolor="#1f497d [3215]" strokecolor="#243f60 [1604]" strokeweight="2pt">
              <v:textbox>
                <w:txbxContent>
                  <w:p w14:paraId="400E3457" w14:textId="77777777" w:rsidR="00276CA4" w:rsidRDefault="00276CA4" w:rsidP="00276CA4">
                    <w:pPr>
                      <w:jc w:val="center"/>
                      <w:rPr>
                        <w:rFonts w:ascii="Palatino Linotype" w:hAnsi="Palatino Linotype"/>
                        <w:b/>
                        <w:bCs/>
                        <w:iCs/>
                        <w:sz w:val="24"/>
                        <w:szCs w:val="24"/>
                      </w:rPr>
                    </w:pPr>
                    <w:r>
                      <w:rPr>
                        <w:rFonts w:ascii="Palatino Linotype" w:hAnsi="Palatino Linotype"/>
                        <w:b/>
                        <w:bCs/>
                        <w:iCs/>
                        <w:sz w:val="24"/>
                        <w:szCs w:val="24"/>
                      </w:rPr>
                      <w:t>Mevzu</w:t>
                    </w:r>
                    <w:r w:rsidR="00360FF3" w:rsidRPr="009205FC">
                      <w:rPr>
                        <w:rFonts w:ascii="Palatino Linotype" w:hAnsi="Palatino Linotype"/>
                        <w:b/>
                        <w:bCs/>
                        <w:iCs/>
                        <w:sz w:val="24"/>
                        <w:szCs w:val="24"/>
                      </w:rPr>
                      <w:t xml:space="preserve"> </w:t>
                    </w:r>
                    <w:r>
                      <w:rPr>
                        <w:rFonts w:ascii="Palatino Linotype" w:hAnsi="Palatino Linotype"/>
                        <w:b/>
                        <w:bCs/>
                        <w:iCs/>
                        <w:sz w:val="24"/>
                        <w:szCs w:val="24"/>
                      </w:rPr>
                      <w:t xml:space="preserve">- </w:t>
                    </w:r>
                    <w:r w:rsidR="00360FF3" w:rsidRPr="009205FC">
                      <w:rPr>
                        <w:rFonts w:ascii="Palatino Linotype" w:hAnsi="Palatino Linotype"/>
                        <w:b/>
                        <w:bCs/>
                        <w:iCs/>
                        <w:sz w:val="24"/>
                        <w:szCs w:val="24"/>
                      </w:rPr>
                      <w:t xml:space="preserve">Sosyal Bilimler Dergisi </w:t>
                    </w:r>
                  </w:p>
                  <w:p w14:paraId="3FD90C74" w14:textId="2273659E" w:rsidR="00360FF3" w:rsidRPr="009205FC" w:rsidRDefault="00276CA4" w:rsidP="00276CA4">
                    <w:pPr>
                      <w:jc w:val="center"/>
                      <w:rPr>
                        <w:rFonts w:ascii="Palatino Linotype" w:hAnsi="Palatino Linotype"/>
                        <w:b/>
                        <w:bCs/>
                        <w:iCs/>
                        <w:sz w:val="24"/>
                        <w:szCs w:val="24"/>
                      </w:rPr>
                    </w:pPr>
                    <w:r w:rsidRPr="00276CA4">
                      <w:rPr>
                        <w:rFonts w:ascii="Palatino Linotype" w:hAnsi="Palatino Linotype"/>
                        <w:b/>
                        <w:bCs/>
                        <w:iCs/>
                        <w:sz w:val="24"/>
                        <w:szCs w:val="24"/>
                      </w:rPr>
                      <w:t>e-ISSN: 2667-877</w:t>
                    </w:r>
                  </w:p>
                </w:txbxContent>
              </v:textbox>
              <w10:wrap anchorx="margin"/>
            </v:rect>
          </w:pict>
        </mc:Fallback>
      </mc:AlternateContent>
    </w:r>
    <w:r w:rsidR="00276CA4" w:rsidRPr="00276CA4">
      <w:rPr>
        <w:rFonts w:ascii="Palatino Linotype" w:hAnsi="Palatino Linotype"/>
        <w:b/>
        <w:bCs/>
      </w:rPr>
      <w:t>e-ISSN: 2667-877</w:t>
    </w:r>
  </w:p>
  <w:p w14:paraId="6CB1564C" w14:textId="77777777" w:rsidR="00360FF3" w:rsidRDefault="00360FF3" w:rsidP="00360FF3">
    <w:pPr>
      <w:pStyle w:val="AralkYok"/>
      <w:jc w:val="center"/>
      <w:rPr>
        <w:b/>
        <w:sz w:val="20"/>
      </w:rPr>
    </w:pPr>
  </w:p>
  <w:p w14:paraId="595D4678" w14:textId="77777777" w:rsidR="00360FF3" w:rsidRDefault="00360FF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1BF00523"/>
    <w:multiLevelType w:val="hybridMultilevel"/>
    <w:tmpl w:val="9FB67C5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82C2199"/>
    <w:multiLevelType w:val="hybridMultilevel"/>
    <w:tmpl w:val="996AF6CA"/>
    <w:lvl w:ilvl="0" w:tplc="30D8214E">
      <w:start w:val="1"/>
      <w:numFmt w:val="bullet"/>
      <w:lvlText w:val=""/>
      <w:lvlJc w:val="left"/>
      <w:pPr>
        <w:ind w:left="769" w:hanging="360"/>
      </w:pPr>
      <w:rPr>
        <w:rFonts w:ascii="Symbol" w:hAnsi="Symbol" w:hint="default"/>
        <w:sz w:val="32"/>
        <w:szCs w:val="32"/>
      </w:rPr>
    </w:lvl>
    <w:lvl w:ilvl="1" w:tplc="041F0003" w:tentative="1">
      <w:start w:val="1"/>
      <w:numFmt w:val="bullet"/>
      <w:lvlText w:val="o"/>
      <w:lvlJc w:val="left"/>
      <w:pPr>
        <w:ind w:left="1489" w:hanging="360"/>
      </w:pPr>
      <w:rPr>
        <w:rFonts w:ascii="Courier New" w:hAnsi="Courier New" w:cs="Courier New" w:hint="default"/>
      </w:rPr>
    </w:lvl>
    <w:lvl w:ilvl="2" w:tplc="041F0005" w:tentative="1">
      <w:start w:val="1"/>
      <w:numFmt w:val="bullet"/>
      <w:lvlText w:val=""/>
      <w:lvlJc w:val="left"/>
      <w:pPr>
        <w:ind w:left="2209" w:hanging="360"/>
      </w:pPr>
      <w:rPr>
        <w:rFonts w:ascii="Wingdings" w:hAnsi="Wingdings" w:hint="default"/>
      </w:rPr>
    </w:lvl>
    <w:lvl w:ilvl="3" w:tplc="041F0001" w:tentative="1">
      <w:start w:val="1"/>
      <w:numFmt w:val="bullet"/>
      <w:lvlText w:val=""/>
      <w:lvlJc w:val="left"/>
      <w:pPr>
        <w:ind w:left="2929" w:hanging="360"/>
      </w:pPr>
      <w:rPr>
        <w:rFonts w:ascii="Symbol" w:hAnsi="Symbol" w:hint="default"/>
      </w:rPr>
    </w:lvl>
    <w:lvl w:ilvl="4" w:tplc="041F0003" w:tentative="1">
      <w:start w:val="1"/>
      <w:numFmt w:val="bullet"/>
      <w:lvlText w:val="o"/>
      <w:lvlJc w:val="left"/>
      <w:pPr>
        <w:ind w:left="3649" w:hanging="360"/>
      </w:pPr>
      <w:rPr>
        <w:rFonts w:ascii="Courier New" w:hAnsi="Courier New" w:cs="Courier New" w:hint="default"/>
      </w:rPr>
    </w:lvl>
    <w:lvl w:ilvl="5" w:tplc="041F0005" w:tentative="1">
      <w:start w:val="1"/>
      <w:numFmt w:val="bullet"/>
      <w:lvlText w:val=""/>
      <w:lvlJc w:val="left"/>
      <w:pPr>
        <w:ind w:left="4369" w:hanging="360"/>
      </w:pPr>
      <w:rPr>
        <w:rFonts w:ascii="Wingdings" w:hAnsi="Wingdings" w:hint="default"/>
      </w:rPr>
    </w:lvl>
    <w:lvl w:ilvl="6" w:tplc="041F0001" w:tentative="1">
      <w:start w:val="1"/>
      <w:numFmt w:val="bullet"/>
      <w:lvlText w:val=""/>
      <w:lvlJc w:val="left"/>
      <w:pPr>
        <w:ind w:left="5089" w:hanging="360"/>
      </w:pPr>
      <w:rPr>
        <w:rFonts w:ascii="Symbol" w:hAnsi="Symbol" w:hint="default"/>
      </w:rPr>
    </w:lvl>
    <w:lvl w:ilvl="7" w:tplc="041F0003" w:tentative="1">
      <w:start w:val="1"/>
      <w:numFmt w:val="bullet"/>
      <w:lvlText w:val="o"/>
      <w:lvlJc w:val="left"/>
      <w:pPr>
        <w:ind w:left="5809" w:hanging="360"/>
      </w:pPr>
      <w:rPr>
        <w:rFonts w:ascii="Courier New" w:hAnsi="Courier New" w:cs="Courier New" w:hint="default"/>
      </w:rPr>
    </w:lvl>
    <w:lvl w:ilvl="8" w:tplc="041F0005" w:tentative="1">
      <w:start w:val="1"/>
      <w:numFmt w:val="bullet"/>
      <w:lvlText w:val=""/>
      <w:lvlJc w:val="left"/>
      <w:pPr>
        <w:ind w:left="6529" w:hanging="360"/>
      </w:pPr>
      <w:rPr>
        <w:rFonts w:ascii="Wingdings" w:hAnsi="Wingdings" w:hint="default"/>
      </w:rPr>
    </w:lvl>
  </w:abstractNum>
  <w:abstractNum w:abstractNumId="11" w15:restartNumberingAfterBreak="0">
    <w:nsid w:val="4901763B"/>
    <w:multiLevelType w:val="hybridMultilevel"/>
    <w:tmpl w:val="F7A883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9D17357"/>
    <w:multiLevelType w:val="hybridMultilevel"/>
    <w:tmpl w:val="5722297C"/>
    <w:lvl w:ilvl="0" w:tplc="7130D58E">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562254768">
    <w:abstractNumId w:val="8"/>
  </w:num>
  <w:num w:numId="2" w16cid:durableId="1739204284">
    <w:abstractNumId w:val="6"/>
  </w:num>
  <w:num w:numId="3" w16cid:durableId="507720839">
    <w:abstractNumId w:val="5"/>
  </w:num>
  <w:num w:numId="4" w16cid:durableId="807864222">
    <w:abstractNumId w:val="4"/>
  </w:num>
  <w:num w:numId="5" w16cid:durableId="1598447067">
    <w:abstractNumId w:val="7"/>
  </w:num>
  <w:num w:numId="6" w16cid:durableId="1449620443">
    <w:abstractNumId w:val="3"/>
  </w:num>
  <w:num w:numId="7" w16cid:durableId="1990090923">
    <w:abstractNumId w:val="2"/>
  </w:num>
  <w:num w:numId="8" w16cid:durableId="676928207">
    <w:abstractNumId w:val="1"/>
  </w:num>
  <w:num w:numId="9" w16cid:durableId="1682899518">
    <w:abstractNumId w:val="0"/>
  </w:num>
  <w:num w:numId="10" w16cid:durableId="924343680">
    <w:abstractNumId w:val="10"/>
  </w:num>
  <w:num w:numId="11" w16cid:durableId="87384555">
    <w:abstractNumId w:val="11"/>
  </w:num>
  <w:num w:numId="12" w16cid:durableId="795559936">
    <w:abstractNumId w:val="12"/>
  </w:num>
  <w:num w:numId="13" w16cid:durableId="683258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66235"/>
    <w:rsid w:val="001C2458"/>
    <w:rsid w:val="0020736B"/>
    <w:rsid w:val="00276CA4"/>
    <w:rsid w:val="0029639D"/>
    <w:rsid w:val="002B0A11"/>
    <w:rsid w:val="00326F90"/>
    <w:rsid w:val="00360FF3"/>
    <w:rsid w:val="00373D40"/>
    <w:rsid w:val="00374960"/>
    <w:rsid w:val="004944E1"/>
    <w:rsid w:val="004D70B1"/>
    <w:rsid w:val="006129F9"/>
    <w:rsid w:val="00613D3C"/>
    <w:rsid w:val="00627C79"/>
    <w:rsid w:val="00751565"/>
    <w:rsid w:val="008E5F7B"/>
    <w:rsid w:val="00A64B7A"/>
    <w:rsid w:val="00AA1D8D"/>
    <w:rsid w:val="00B00E70"/>
    <w:rsid w:val="00B47730"/>
    <w:rsid w:val="00BF4A0A"/>
    <w:rsid w:val="00C60245"/>
    <w:rsid w:val="00CB0664"/>
    <w:rsid w:val="00D1188C"/>
    <w:rsid w:val="00DA3C01"/>
    <w:rsid w:val="00DB60A5"/>
    <w:rsid w:val="00ED76FC"/>
    <w:rsid w:val="00FC693F"/>
    <w:rsid w:val="00FE1D6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CB79DF"/>
  <w14:defaultImageDpi w14:val="300"/>
  <w15:docId w15:val="{7407165B-B19F-49FC-A2A4-A9BA35C63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link w:val="AralkYokChar"/>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360FF3"/>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character" w:customStyle="1" w:styleId="AralkYokChar">
    <w:name w:val="Aralık Yok Char"/>
    <w:basedOn w:val="VarsaylanParagrafYazTipi"/>
    <w:link w:val="AralkYok"/>
    <w:uiPriority w:val="1"/>
    <w:rsid w:val="00360FF3"/>
  </w:style>
  <w:style w:type="paragraph" w:styleId="HTMLncedenBiimlendirilmi">
    <w:name w:val="HTML Preformatted"/>
    <w:basedOn w:val="Normal"/>
    <w:link w:val="HTMLncedenBiimlendirilmiChar"/>
    <w:uiPriority w:val="99"/>
    <w:semiHidden/>
    <w:unhideWhenUsed/>
    <w:rsid w:val="00A64B7A"/>
    <w:pPr>
      <w:spacing w:after="0" w:line="240" w:lineRule="auto"/>
    </w:pPr>
    <w:rPr>
      <w:rFonts w:ascii="Consolas" w:hAnsi="Consolas"/>
      <w:sz w:val="20"/>
      <w:szCs w:val="20"/>
    </w:rPr>
  </w:style>
  <w:style w:type="character" w:customStyle="1" w:styleId="HTMLncedenBiimlendirilmiChar">
    <w:name w:val="HTML Önceden Biçimlendirilmiş Char"/>
    <w:basedOn w:val="VarsaylanParagrafYazTipi"/>
    <w:link w:val="HTMLncedenBiimlendirilmi"/>
    <w:uiPriority w:val="99"/>
    <w:semiHidden/>
    <w:rsid w:val="00A64B7A"/>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309</Words>
  <Characters>1762</Characters>
  <Application>Microsoft Office Word</Application>
  <DocSecurity>0</DocSecurity>
  <Lines>14</Lines>
  <Paragraphs>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2067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ali sever</cp:lastModifiedBy>
  <cp:revision>12</cp:revision>
  <dcterms:created xsi:type="dcterms:W3CDTF">2025-09-29T11:55:00Z</dcterms:created>
  <dcterms:modified xsi:type="dcterms:W3CDTF">2026-09-10T09:23:00Z</dcterms:modified>
  <cp:category/>
</cp:coreProperties>
</file>